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4C5D" w14:textId="77777777" w:rsidR="00B1745A" w:rsidRPr="00B1745A" w:rsidRDefault="00B1745A" w:rsidP="00B174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745A">
        <w:rPr>
          <w:rFonts w:ascii="Times New Roman" w:hAnsi="Times New Roman" w:cs="Times New Roman"/>
          <w:b/>
          <w:bCs/>
          <w:sz w:val="24"/>
          <w:szCs w:val="24"/>
        </w:rPr>
        <w:t>CASE Association</w:t>
      </w:r>
    </w:p>
    <w:p w14:paraId="4C826D14" w14:textId="77777777" w:rsidR="00B1745A" w:rsidRDefault="00B1745A" w:rsidP="00B174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745A">
        <w:rPr>
          <w:rFonts w:ascii="Times New Roman" w:hAnsi="Times New Roman" w:cs="Times New Roman"/>
          <w:b/>
          <w:bCs/>
          <w:sz w:val="24"/>
          <w:szCs w:val="24"/>
        </w:rPr>
        <w:t>Embryo Case Submission Form</w:t>
      </w:r>
    </w:p>
    <w:p w14:paraId="340D0377" w14:textId="0178FE21" w:rsidR="00B1745A" w:rsidRPr="00B1745A" w:rsidRDefault="00B1745A" w:rsidP="00B1745A">
      <w:pPr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All cases submitted to the embryo case track must include the following for</w:t>
      </w:r>
      <w:r w:rsidR="007A624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. Please do not submit additional files. Include all relevant information in the spaces provided below. </w:t>
      </w:r>
    </w:p>
    <w:p w14:paraId="7CD6FFBC" w14:textId="4327DCCA" w:rsidR="00B1745A" w:rsidRDefault="00B1745A" w:rsidP="00B174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</w:t>
      </w:r>
    </w:p>
    <w:p w14:paraId="429F7FF7" w14:textId="03CD8A3D" w:rsidR="00B1745A" w:rsidRPr="00B1745A" w:rsidRDefault="00B1745A" w:rsidP="00B174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1745A">
        <w:rPr>
          <w:rFonts w:ascii="Times New Roman" w:hAnsi="Times New Roman" w:cs="Times New Roman"/>
          <w:b/>
          <w:bCs/>
          <w:sz w:val="24"/>
          <w:szCs w:val="24"/>
        </w:rPr>
        <w:t>Case Information</w:t>
      </w:r>
    </w:p>
    <w:p w14:paraId="7BFD0F8D" w14:textId="292DEB11" w:rsidR="00B1745A" w:rsidRPr="00B1745A" w:rsidRDefault="00B1745A" w:rsidP="00B1745A">
      <w:pPr>
        <w:ind w:left="36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 xml:space="preserve">Working </w:t>
      </w:r>
      <w:r>
        <w:rPr>
          <w:rFonts w:ascii="Times New Roman" w:hAnsi="Times New Roman" w:cs="Times New Roman"/>
          <w:sz w:val="24"/>
          <w:szCs w:val="24"/>
        </w:rPr>
        <w:t>Case Title</w:t>
      </w:r>
      <w:r w:rsidRPr="00B1745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64A98D9" w14:textId="54B8B28E" w:rsidR="00B1745A" w:rsidRDefault="00B1745A" w:rsidP="00B1745A">
      <w:pPr>
        <w:ind w:left="36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 xml:space="preserve">Author(s): </w:t>
      </w:r>
    </w:p>
    <w:p w14:paraId="65C75354" w14:textId="77777777" w:rsidR="007A624C" w:rsidRPr="00B1745A" w:rsidRDefault="007A624C" w:rsidP="00B1745A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6D683C9" w14:textId="53F27A28" w:rsidR="00B1745A" w:rsidRPr="00B1745A" w:rsidRDefault="00B1745A" w:rsidP="00B174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1745A">
        <w:rPr>
          <w:rFonts w:ascii="Times New Roman" w:hAnsi="Times New Roman" w:cs="Times New Roman"/>
          <w:b/>
          <w:bCs/>
          <w:sz w:val="24"/>
          <w:szCs w:val="24"/>
        </w:rPr>
        <w:t>Source of Case Data</w:t>
      </w:r>
    </w:p>
    <w:p w14:paraId="4E8AB6BF" w14:textId="27DF3C25" w:rsidR="00B1745A" w:rsidRPr="00B1745A" w:rsidRDefault="00B1745A" w:rsidP="00B1745A">
      <w:pPr>
        <w:ind w:left="36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Check all that apply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8E4B64D" w14:textId="0203621C" w:rsidR="00B1745A" w:rsidRDefault="00B1745A" w:rsidP="00B1745A">
      <w:pPr>
        <w:pStyle w:val="ListParagraph"/>
        <w:numPr>
          <w:ilvl w:val="0"/>
          <w:numId w:val="12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Library Research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</w:p>
    <w:p w14:paraId="5AB1B3D4" w14:textId="77777777" w:rsidR="00B1745A" w:rsidRDefault="00B1745A" w:rsidP="00B1745A">
      <w:pPr>
        <w:pStyle w:val="ListParagraph"/>
        <w:numPr>
          <w:ilvl w:val="0"/>
          <w:numId w:val="12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Interviews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</w:p>
    <w:p w14:paraId="7D4DDFB7" w14:textId="77777777" w:rsidR="00B1745A" w:rsidRDefault="00B1745A" w:rsidP="00B1745A">
      <w:pPr>
        <w:pStyle w:val="ListParagraph"/>
        <w:numPr>
          <w:ilvl w:val="0"/>
          <w:numId w:val="12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Consulting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</w:p>
    <w:p w14:paraId="473549A7" w14:textId="72E98992" w:rsidR="00B1745A" w:rsidRDefault="00B1745A" w:rsidP="00B1745A">
      <w:pPr>
        <w:pStyle w:val="ListParagraph"/>
        <w:numPr>
          <w:ilvl w:val="0"/>
          <w:numId w:val="12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Personal Experience</w:t>
      </w:r>
      <w:r w:rsidRPr="00B1745A">
        <w:rPr>
          <w:rFonts w:ascii="Times New Roman" w:hAnsi="Times New Roman" w:cs="Times New Roman"/>
          <w:sz w:val="24"/>
          <w:szCs w:val="24"/>
        </w:rPr>
        <w:t xml:space="preserve"> ___</w:t>
      </w:r>
    </w:p>
    <w:p w14:paraId="39B6849C" w14:textId="77777777" w:rsidR="007A624C" w:rsidRDefault="007A624C" w:rsidP="007A624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820A707" w14:textId="77777777" w:rsidR="00B1745A" w:rsidRPr="00B1745A" w:rsidRDefault="00B1745A" w:rsidP="00B174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E1CEEE" w14:textId="2B6A9876" w:rsidR="00B1745A" w:rsidRPr="00B1745A" w:rsidRDefault="00B1745A" w:rsidP="00B174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Case </w:t>
      </w:r>
      <w:r w:rsidRPr="00B1745A">
        <w:rPr>
          <w:rFonts w:ascii="Times New Roman" w:hAnsi="Times New Roman" w:cs="Times New Roman"/>
          <w:b/>
          <w:bCs/>
          <w:sz w:val="24"/>
          <w:szCs w:val="24"/>
        </w:rPr>
        <w:t>Educational Context</w:t>
      </w:r>
    </w:p>
    <w:p w14:paraId="18FA5FE5" w14:textId="77777777" w:rsidR="00B1745A" w:rsidRDefault="00B1745A" w:rsidP="00B1745A">
      <w:pPr>
        <w:ind w:left="36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 xml:space="preserve">Expected </w:t>
      </w:r>
      <w:r>
        <w:rPr>
          <w:rFonts w:ascii="Times New Roman" w:hAnsi="Times New Roman" w:cs="Times New Roman"/>
          <w:sz w:val="24"/>
          <w:szCs w:val="24"/>
        </w:rPr>
        <w:t>level at which the case will be taught:</w:t>
      </w:r>
    </w:p>
    <w:p w14:paraId="26A2D4EF" w14:textId="24CD27AD" w:rsidR="00B1745A" w:rsidRDefault="00B1745A" w:rsidP="00B1745A">
      <w:pPr>
        <w:pStyle w:val="ListParagraph"/>
        <w:numPr>
          <w:ilvl w:val="0"/>
          <w:numId w:val="13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Undergraduate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</w:p>
    <w:p w14:paraId="5D8F9C96" w14:textId="057E268F" w:rsidR="00B1745A" w:rsidRDefault="00B1745A" w:rsidP="00B1745A">
      <w:pPr>
        <w:pStyle w:val="ListParagraph"/>
        <w:numPr>
          <w:ilvl w:val="0"/>
          <w:numId w:val="13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Advanced Undergraduate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</w:p>
    <w:p w14:paraId="6740F9EF" w14:textId="34807879" w:rsidR="00B1745A" w:rsidRDefault="00B1745A" w:rsidP="00B1745A">
      <w:pPr>
        <w:pStyle w:val="ListParagraph"/>
        <w:numPr>
          <w:ilvl w:val="0"/>
          <w:numId w:val="13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Graduate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</w:p>
    <w:p w14:paraId="79B63156" w14:textId="1C8B47CB" w:rsidR="00B1745A" w:rsidRDefault="00B1745A" w:rsidP="00B1745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what course do you envision teaching the case? Please list 1-2 courses.</w:t>
      </w:r>
    </w:p>
    <w:p w14:paraId="16FE245C" w14:textId="77777777" w:rsidR="007A624C" w:rsidRPr="00B1745A" w:rsidRDefault="007A624C" w:rsidP="00B1745A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FCFA0F3" w14:textId="6B0470B8" w:rsidR="00B1745A" w:rsidRDefault="00B1745A" w:rsidP="00B1745A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Industry Setting:</w:t>
      </w:r>
    </w:p>
    <w:p w14:paraId="6D449E6D" w14:textId="77777777" w:rsidR="007A624C" w:rsidRPr="00B1745A" w:rsidRDefault="007A624C" w:rsidP="00B1745A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6B5E7918" w14:textId="0A4040A7" w:rsidR="00B1745A" w:rsidRDefault="00B1745A" w:rsidP="00B1745A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Protagonist</w:t>
      </w:r>
      <w:r w:rsidRPr="00B1745A">
        <w:rPr>
          <w:rFonts w:ascii="Times New Roman" w:hAnsi="Times New Roman" w:cs="Times New Roman"/>
          <w:sz w:val="24"/>
          <w:szCs w:val="24"/>
        </w:rPr>
        <w:t xml:space="preserve"> &amp; Job Title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232E923" w14:textId="77777777" w:rsidR="007A624C" w:rsidRPr="00B1745A" w:rsidRDefault="007A624C" w:rsidP="00B1745A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38411FF7" w14:textId="7C3FC630" w:rsidR="00B1745A" w:rsidRDefault="00B1745A" w:rsidP="00B174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Instructor’s Manual - </w:t>
      </w:r>
      <w:r w:rsidRPr="00B1745A">
        <w:rPr>
          <w:rFonts w:ascii="Times New Roman" w:hAnsi="Times New Roman" w:cs="Times New Roman"/>
          <w:b/>
          <w:bCs/>
          <w:sz w:val="24"/>
          <w:szCs w:val="24"/>
        </w:rPr>
        <w:t>Learning &amp; Teaching Elements</w:t>
      </w:r>
    </w:p>
    <w:p w14:paraId="13896590" w14:textId="784DD404" w:rsidR="00B1745A" w:rsidRDefault="00B1745A" w:rsidP="007A624C">
      <w:pPr>
        <w:ind w:left="36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Relevant Theory:</w:t>
      </w:r>
    </w:p>
    <w:p w14:paraId="45854381" w14:textId="77777777" w:rsidR="007A624C" w:rsidRPr="00B1745A" w:rsidRDefault="007A624C" w:rsidP="007A624C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E43430E" w14:textId="35703CBD" w:rsidR="00B1745A" w:rsidRDefault="00B1745A" w:rsidP="007A624C">
      <w:pPr>
        <w:ind w:left="36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Envisioned Learning Objectives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0EAA5E4" w14:textId="77777777" w:rsidR="007A624C" w:rsidRDefault="007A624C" w:rsidP="007A624C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5BFA8B5" w14:textId="77777777" w:rsidR="007A624C" w:rsidRDefault="007A624C" w:rsidP="007A624C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D4E053C" w14:textId="77777777" w:rsidR="007A624C" w:rsidRDefault="00B1745A" w:rsidP="007A624C">
      <w:pPr>
        <w:ind w:left="36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Questions</w:t>
      </w:r>
      <w:r w:rsidR="007A624C">
        <w:rPr>
          <w:rFonts w:ascii="Times New Roman" w:hAnsi="Times New Roman" w:cs="Times New Roman"/>
          <w:sz w:val="24"/>
          <w:szCs w:val="24"/>
        </w:rPr>
        <w:t>/</w:t>
      </w:r>
      <w:r w:rsidRPr="00B1745A">
        <w:rPr>
          <w:rFonts w:ascii="Times New Roman" w:hAnsi="Times New Roman" w:cs="Times New Roman"/>
          <w:sz w:val="24"/>
          <w:szCs w:val="24"/>
        </w:rPr>
        <w:t xml:space="preserve">Issues </w:t>
      </w:r>
      <w:r w:rsidR="007A624C">
        <w:rPr>
          <w:rFonts w:ascii="Times New Roman" w:hAnsi="Times New Roman" w:cs="Times New Roman"/>
          <w:sz w:val="24"/>
          <w:szCs w:val="24"/>
        </w:rPr>
        <w:t>for Feedback: Where do you need help in developing your idea? What issues do you anticipate in writing the case?</w:t>
      </w:r>
    </w:p>
    <w:p w14:paraId="6FE30FC1" w14:textId="77777777" w:rsidR="007A624C" w:rsidRDefault="007A624C" w:rsidP="007A624C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BAD5B17" w14:textId="77777777" w:rsidR="007A624C" w:rsidRDefault="007A624C" w:rsidP="007A624C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7DB2DA5" w14:textId="3179398D" w:rsidR="00B1745A" w:rsidRPr="007A624C" w:rsidRDefault="00B1745A" w:rsidP="007A624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A624C">
        <w:rPr>
          <w:rFonts w:ascii="Times New Roman" w:hAnsi="Times New Roman" w:cs="Times New Roman"/>
          <w:b/>
          <w:bCs/>
          <w:sz w:val="24"/>
          <w:szCs w:val="24"/>
        </w:rPr>
        <w:t>Case Synopsis</w:t>
      </w:r>
    </w:p>
    <w:p w14:paraId="2E7302BC" w14:textId="0A226576" w:rsidR="007A624C" w:rsidRPr="00B1745A" w:rsidRDefault="00B1745A" w:rsidP="007A624C">
      <w:pPr>
        <w:ind w:left="360"/>
        <w:rPr>
          <w:rFonts w:ascii="Times New Roman" w:hAnsi="Times New Roman" w:cs="Times New Roman"/>
          <w:sz w:val="24"/>
          <w:szCs w:val="24"/>
        </w:rPr>
      </w:pPr>
      <w:r w:rsidRPr="00B1745A">
        <w:rPr>
          <w:rFonts w:ascii="Times New Roman" w:hAnsi="Times New Roman" w:cs="Times New Roman"/>
          <w:sz w:val="24"/>
          <w:szCs w:val="24"/>
        </w:rPr>
        <w:t>Synopsis of the Case</w:t>
      </w:r>
      <w:r w:rsidR="007A624C">
        <w:rPr>
          <w:rFonts w:ascii="Times New Roman" w:hAnsi="Times New Roman" w:cs="Times New Roman"/>
          <w:sz w:val="24"/>
          <w:szCs w:val="24"/>
        </w:rPr>
        <w:t>: Please include a synopsis of the case (1-page maximum) to share with your assigned roundtable.</w:t>
      </w:r>
    </w:p>
    <w:p w14:paraId="4D29D699" w14:textId="0E74BC8F" w:rsidR="006F3594" w:rsidRPr="00B1745A" w:rsidRDefault="006F3594" w:rsidP="00B1745A">
      <w:pPr>
        <w:rPr>
          <w:rFonts w:ascii="Times New Roman" w:hAnsi="Times New Roman" w:cs="Times New Roman"/>
          <w:sz w:val="24"/>
          <w:szCs w:val="24"/>
        </w:rPr>
      </w:pPr>
    </w:p>
    <w:sectPr w:rsidR="006F3594" w:rsidRPr="00B1745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DCE7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AB4E3B"/>
    <w:multiLevelType w:val="hybridMultilevel"/>
    <w:tmpl w:val="8DA8DF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1D0F79"/>
    <w:multiLevelType w:val="hybridMultilevel"/>
    <w:tmpl w:val="9E7EC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46A52"/>
    <w:multiLevelType w:val="hybridMultilevel"/>
    <w:tmpl w:val="21620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C83CB2"/>
    <w:multiLevelType w:val="hybridMultilevel"/>
    <w:tmpl w:val="120C92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534822">
    <w:abstractNumId w:val="8"/>
  </w:num>
  <w:num w:numId="2" w16cid:durableId="527449900">
    <w:abstractNumId w:val="6"/>
  </w:num>
  <w:num w:numId="3" w16cid:durableId="847446552">
    <w:abstractNumId w:val="5"/>
  </w:num>
  <w:num w:numId="4" w16cid:durableId="407580298">
    <w:abstractNumId w:val="4"/>
  </w:num>
  <w:num w:numId="5" w16cid:durableId="1009794463">
    <w:abstractNumId w:val="7"/>
  </w:num>
  <w:num w:numId="6" w16cid:durableId="1184974522">
    <w:abstractNumId w:val="3"/>
  </w:num>
  <w:num w:numId="7" w16cid:durableId="1997218105">
    <w:abstractNumId w:val="2"/>
  </w:num>
  <w:num w:numId="8" w16cid:durableId="200480191">
    <w:abstractNumId w:val="1"/>
  </w:num>
  <w:num w:numId="9" w16cid:durableId="161243415">
    <w:abstractNumId w:val="0"/>
  </w:num>
  <w:num w:numId="10" w16cid:durableId="133261692">
    <w:abstractNumId w:val="12"/>
  </w:num>
  <w:num w:numId="11" w16cid:durableId="684601835">
    <w:abstractNumId w:val="9"/>
  </w:num>
  <w:num w:numId="12" w16cid:durableId="2050841316">
    <w:abstractNumId w:val="10"/>
  </w:num>
  <w:num w:numId="13" w16cid:durableId="2104758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525"/>
    <w:rsid w:val="00034616"/>
    <w:rsid w:val="0006063C"/>
    <w:rsid w:val="0015074B"/>
    <w:rsid w:val="0029639D"/>
    <w:rsid w:val="00326F90"/>
    <w:rsid w:val="006F3594"/>
    <w:rsid w:val="007A624C"/>
    <w:rsid w:val="00AA1D8D"/>
    <w:rsid w:val="00B1745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5FCBE1"/>
  <w14:defaultImageDpi w14:val="300"/>
  <w15:docId w15:val="{8290076B-4F1A-4103-A1E7-5944710E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Holtzen, Sarah</cp:lastModifiedBy>
  <cp:revision>2</cp:revision>
  <dcterms:created xsi:type="dcterms:W3CDTF">2025-07-11T15:03:00Z</dcterms:created>
  <dcterms:modified xsi:type="dcterms:W3CDTF">2025-07-11T15:03:00Z</dcterms:modified>
  <cp:category/>
</cp:coreProperties>
</file>